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10512"/>
        <w:jc w:val="center"/>
        <w:tblLayout w:type="fixed"/>
        <w:tblLook w:firstColumn="1" w:firstRow="1" w:lastColumn="0" w:lastRow="0" w:noHBand="0" w:noVBand="1" w:val="04A0"/>
      </w:tblPr>
      <w:tblGrid>
        <w:gridCol w:w="5256"/>
        <w:gridCol w:w="5256"/>
      </w:tblGrid>
      <w:tr>
        <w:tc>
          <w:tcPr>
            <w:tcW w:type="dxa" w:w="2232"/>
            <w:shd w:fill="8FC4E7"/>
            <w:tcMar>
              <w:top w:w="0" w:type="dxa"/>
              <w:start w:w="0" w:type="dxa"/>
              <w:bottom w:w="0" w:type="dxa"/>
              <w:end w:w="0" w:type="dxa"/>
            </w:tcMar>
            <w:vAlign w:val="center"/>
          </w:tcPr>
          <w:p>
            <w:pPr>
              <w:spacing w:before="0" w:after="0" w:line="240" w:lineRule="auto"/>
              <w:jc w:val="center"/>
            </w:pPr>
            <w:r>
              <w:drawing>
                <wp:inline xmlns:a="http://schemas.openxmlformats.org/drawingml/2006/main" xmlns:pic="http://schemas.openxmlformats.org/drawingml/2006/picture">
                  <wp:extent cx="1280160" cy="646062"/>
                  <wp:docPr id="1" name="Picture 1"/>
                  <wp:cNvGraphicFramePr>
                    <a:graphicFrameLocks noChangeAspect="1"/>
                  </wp:cNvGraphicFramePr>
                  <a:graphic>
                    <a:graphicData uri="http://schemas.openxmlformats.org/drawingml/2006/picture">
                      <pic:pic>
                        <pic:nvPicPr>
                          <pic:cNvPr id="0" name="img-000.png"/>
                          <pic:cNvPicPr/>
                        </pic:nvPicPr>
                        <pic:blipFill>
                          <a:blip r:embed="rId9"/>
                          <a:stretch>
                            <a:fillRect/>
                          </a:stretch>
                        </pic:blipFill>
                        <pic:spPr>
                          <a:xfrm>
                            <a:off x="0" y="0"/>
                            <a:ext cx="1280160" cy="646062"/>
                          </a:xfrm>
                          <a:prstGeom prst="rect"/>
                        </pic:spPr>
                      </pic:pic>
                    </a:graphicData>
                  </a:graphic>
                </wp:inline>
              </w:drawing>
            </w:r>
          </w:p>
        </w:tc>
        <w:tc>
          <w:tcPr>
            <w:tcW w:type="dxa" w:w="8280"/>
            <w:shd w:fill="8FC4E7"/>
            <w:tcMar>
              <w:top w:w="0" w:type="dxa"/>
              <w:start w:w="0" w:type="dxa"/>
              <w:bottom w:w="0" w:type="dxa"/>
              <w:end w:w="0" w:type="dxa"/>
            </w:tcMar>
            <w:vAlign w:val="center"/>
          </w:tcPr>
          <w:p>
            <w:pPr>
              <w:spacing w:before="0" w:after="0" w:line="240" w:lineRule="auto"/>
              <w:jc w:val="center"/>
            </w:pPr>
            <w:r>
              <w:rPr>
                <w:rFonts w:ascii="Arial" w:hAnsi="Arial"/>
                <w:b/>
                <w:color w:val="231F20"/>
                <w:sz w:val="28"/>
              </w:rPr>
              <w:t>MEMBER LEAVE OF ABSENCE FORM</w:t>
            </w:r>
          </w:p>
        </w:tc>
      </w:tr>
    </w:tbl>
    <w:p>
      <w:pPr>
        <w:spacing w:before="140" w:after="20" w:line="240" w:lineRule="auto"/>
      </w:pPr>
      <w:r>
        <w:rPr>
          <w:rFonts w:ascii="Arial" w:hAnsi="Arial"/>
          <w:b/>
          <w:color w:val="231F20"/>
          <w:sz w:val="20"/>
        </w:rPr>
        <w:t>LeTip Bylaw Article III - Membership (Section 3.1 - Active Membership)</w:t>
      </w:r>
    </w:p>
    <w:p>
      <w:pPr>
        <w:spacing w:before="0" w:after="100" w:line="245" w:lineRule="auto"/>
      </w:pPr>
      <w:r>
        <w:rPr>
          <w:rFonts w:ascii="Arial" w:hAnsi="Arial"/>
          <w:b w:val="0"/>
          <w:color w:val="231F20"/>
          <w:sz w:val="17"/>
        </w:rPr>
        <w:t>(a) The Board of Directors has the right to extend a “leave of absence” to a member who is in compliance with attendance, tipping, and current dues obligations. A request for a leave of absence must be submitted in writing to the Board and can only be granted for a period of 30 days. Member shall prepay chapter dues for the period of requested leave. A majority vote, quorum required, by the Board of Directors after reviewing the member’s participation in total, in the affirmative is required. This may be granted for vacation, illness, accident, or personal reasons. Members wishing to extend a leave of absence must resubmit in writing every 30 days for Board’s review and decision. The Board reserves the right to extend a leave of absence beyond 30 days with unanimous vote, without the member submitting the additional request.</w:t>
      </w:r>
    </w:p>
    <w:p>
      <w:pPr>
        <w:spacing w:before="80" w:after="40" w:line="240" w:lineRule="auto"/>
        <w:jc w:val="center"/>
      </w:pPr>
      <w:r>
        <w:rPr>
          <w:rFonts w:ascii="Arial" w:hAnsi="Arial"/>
          <w:b/>
          <w:color w:val="231F20"/>
          <w:sz w:val="20"/>
        </w:rPr>
        <w:t>Member Details (filled in by member)</w:t>
      </w:r>
    </w:p>
    <w:tbl>
      <w:tblPr>
        <w:tblW w:type="dxa" w:w="10512"/>
        <w:jc w:val="center"/>
        <w:tblLayout w:type="fixed"/>
        <w:tblLook w:firstColumn="1" w:firstRow="1" w:lastColumn="0" w:lastRow="0" w:noHBand="0" w:noVBand="1" w:val="04A0"/>
      </w:tblPr>
      <w:tblGrid>
        <w:gridCol w:w="5256"/>
        <w:gridCol w:w="5256"/>
      </w:tblGrid>
      <w:tr>
        <w:trPr>
          <w:trHeight w:val="576"/>
        </w:trPr>
        <w:tc>
          <w:tcPr>
            <w:tcW w:type="dxa" w:w="1944"/>
            <w:tcMar>
              <w:top w:w="20" w:type="dxa"/>
              <w:start w:w="0" w:type="dxa"/>
              <w:bottom w:w="10" w:type="dxa"/>
              <w:end w:w="50" w:type="dxa"/>
            </w:tcMar>
            <w:vAlign w:val="bottom"/>
          </w:tcPr>
          <w:p>
            <w:pPr>
              <w:spacing w:before="0" w:after="0" w:line="240" w:lineRule="auto"/>
            </w:pPr>
            <w:r>
              <w:rPr>
                <w:rFonts w:ascii="Arial" w:hAnsi="Arial"/>
                <w:b w:val="0"/>
                <w:color w:val="231F20"/>
                <w:sz w:val="19"/>
              </w:rPr>
              <w:t>Date submitted:</w:t>
            </w:r>
          </w:p>
        </w:tc>
        <w:tc>
          <w:tcPr>
            <w:tcW w:type="dxa" w:w="8568"/>
            <w:tcMar>
              <w:top w:w="20" w:type="dxa"/>
              <w:start w:w="0" w:type="dxa"/>
              <w:bottom w:w="10" w:type="dxa"/>
              <w:end w:w="50" w:type="dxa"/>
            </w:tcMar>
            <w:vAlign w:val="bottom"/>
            <w:tcBorders>
              <w:bottom w:val="single" w:sz="6" w:color="666666" w:space="0"/>
            </w:tcBorders>
          </w:tcPr>
          <w:p>
            <w:pPr>
              <w:spacing w:before="0" w:after="0" w:line="240" w:lineRule="auto"/>
            </w:pPr>
            <w:r>
              <w:rPr>
                <w:rFonts w:ascii="Arial" w:hAnsi="Arial"/>
                <w:b w:val="0"/>
                <w:color w:val="808080"/>
                <w:sz w:val="18"/>
              </w:rPr>
              <w:t>Click or tap here to enter text.</w:t>
            </w:r>
          </w:p>
        </w:tc>
      </w:tr>
    </w:tbl>
    <w:tbl>
      <w:tblPr>
        <w:tblW w:type="dxa" w:w="10512"/>
        <w:jc w:val="center"/>
        <w:tblLayout w:type="fixed"/>
        <w:tblLook w:firstColumn="1" w:firstRow="1" w:lastColumn="0" w:lastRow="0" w:noHBand="0" w:noVBand="1" w:val="04A0"/>
      </w:tblPr>
      <w:tblGrid>
        <w:gridCol w:w="5256"/>
        <w:gridCol w:w="5256"/>
      </w:tblGrid>
      <w:tr>
        <w:trPr>
          <w:trHeight w:val="576"/>
        </w:trPr>
        <w:tc>
          <w:tcPr>
            <w:tcW w:type="dxa" w:w="1944"/>
            <w:tcMar>
              <w:top w:w="20" w:type="dxa"/>
              <w:start w:w="0" w:type="dxa"/>
              <w:bottom w:w="10" w:type="dxa"/>
              <w:end w:w="50" w:type="dxa"/>
            </w:tcMar>
            <w:vAlign w:val="bottom"/>
          </w:tcPr>
          <w:p>
            <w:pPr>
              <w:spacing w:before="0" w:after="0" w:line="240" w:lineRule="auto"/>
            </w:pPr>
            <w:r>
              <w:rPr>
                <w:rFonts w:ascii="Arial" w:hAnsi="Arial"/>
                <w:b w:val="0"/>
                <w:color w:val="231F20"/>
                <w:sz w:val="19"/>
              </w:rPr>
              <w:t>Member name:</w:t>
            </w:r>
          </w:p>
        </w:tc>
        <w:tc>
          <w:tcPr>
            <w:tcW w:type="dxa" w:w="8568"/>
            <w:tcMar>
              <w:top w:w="20" w:type="dxa"/>
              <w:start w:w="0" w:type="dxa"/>
              <w:bottom w:w="10" w:type="dxa"/>
              <w:end w:w="50" w:type="dxa"/>
            </w:tcMar>
            <w:vAlign w:val="bottom"/>
            <w:tcBorders>
              <w:bottom w:val="single" w:sz="6" w:color="666666" w:space="0"/>
            </w:tcBorders>
          </w:tcPr>
          <w:p>
            <w:pPr>
              <w:spacing w:before="0" w:after="0" w:line="240" w:lineRule="auto"/>
            </w:pPr>
            <w:r>
              <w:rPr>
                <w:rFonts w:ascii="Arial" w:hAnsi="Arial"/>
                <w:b w:val="0"/>
                <w:color w:val="808080"/>
                <w:sz w:val="18"/>
              </w:rPr>
              <w:t>Click or tap here to enter text.</w:t>
            </w:r>
          </w:p>
        </w:tc>
      </w:tr>
    </w:tbl>
    <w:tbl>
      <w:tblPr>
        <w:tblW w:type="dxa" w:w="10512"/>
        <w:jc w:val="center"/>
        <w:tblLayout w:type="fixed"/>
        <w:tblLook w:firstColumn="1" w:firstRow="1" w:lastColumn="0" w:lastRow="0" w:noHBand="0" w:noVBand="1" w:val="04A0"/>
      </w:tblPr>
      <w:tblGrid>
        <w:gridCol w:w="5256"/>
        <w:gridCol w:w="5256"/>
      </w:tblGrid>
      <w:tr>
        <w:trPr>
          <w:trHeight w:val="576"/>
        </w:trPr>
        <w:tc>
          <w:tcPr>
            <w:tcW w:type="dxa" w:w="1368"/>
            <w:tcMar>
              <w:top w:w="20" w:type="dxa"/>
              <w:start w:w="0" w:type="dxa"/>
              <w:bottom w:w="10" w:type="dxa"/>
              <w:end w:w="50" w:type="dxa"/>
            </w:tcMar>
            <w:vAlign w:val="bottom"/>
          </w:tcPr>
          <w:p>
            <w:pPr>
              <w:spacing w:before="0" w:after="0" w:line="240" w:lineRule="auto"/>
            </w:pPr>
            <w:r>
              <w:rPr>
                <w:rFonts w:ascii="Arial" w:hAnsi="Arial"/>
                <w:b w:val="0"/>
                <w:color w:val="231F20"/>
                <w:sz w:val="19"/>
              </w:rPr>
              <w:t>Category:</w:t>
            </w:r>
          </w:p>
        </w:tc>
        <w:tc>
          <w:tcPr>
            <w:tcW w:type="dxa" w:w="9144"/>
            <w:tcMar>
              <w:top w:w="20" w:type="dxa"/>
              <w:start w:w="0" w:type="dxa"/>
              <w:bottom w:w="10" w:type="dxa"/>
              <w:end w:w="50" w:type="dxa"/>
            </w:tcMar>
            <w:vAlign w:val="bottom"/>
            <w:tcBorders>
              <w:bottom w:val="single" w:sz="6" w:color="666666" w:space="0"/>
            </w:tcBorders>
          </w:tcPr>
          <w:p>
            <w:pPr>
              <w:spacing w:before="0" w:after="0" w:line="240" w:lineRule="auto"/>
            </w:pPr>
            <w:r>
              <w:rPr>
                <w:rFonts w:ascii="Arial" w:hAnsi="Arial"/>
                <w:b w:val="0"/>
                <w:color w:val="808080"/>
                <w:sz w:val="18"/>
              </w:rPr>
              <w:t>Click or tap here to enter text.</w:t>
            </w:r>
          </w:p>
        </w:tc>
      </w:tr>
    </w:tbl>
    <w:tbl>
      <w:tblPr>
        <w:tblW w:type="dxa" w:w="10512"/>
        <w:jc w:val="center"/>
        <w:tblLayout w:type="fixed"/>
        <w:tblLook w:firstColumn="1" w:firstRow="1" w:lastColumn="0" w:lastRow="0" w:noHBand="0" w:noVBand="1" w:val="04A0"/>
      </w:tblPr>
      <w:tblGrid>
        <w:gridCol w:w="5256"/>
        <w:gridCol w:w="5256"/>
      </w:tblGrid>
      <w:tr>
        <w:trPr>
          <w:trHeight w:val="576"/>
        </w:trPr>
        <w:tc>
          <w:tcPr>
            <w:tcW w:type="dxa" w:w="2664"/>
            <w:tcMar>
              <w:top w:w="20" w:type="dxa"/>
              <w:start w:w="0" w:type="dxa"/>
              <w:bottom w:w="10" w:type="dxa"/>
              <w:end w:w="50" w:type="dxa"/>
            </w:tcMar>
            <w:vAlign w:val="bottom"/>
          </w:tcPr>
          <w:p>
            <w:pPr>
              <w:spacing w:before="0" w:after="0" w:line="240" w:lineRule="auto"/>
            </w:pPr>
            <w:r>
              <w:rPr>
                <w:rFonts w:ascii="Arial" w:hAnsi="Arial"/>
                <w:b w:val="0"/>
                <w:color w:val="231F20"/>
                <w:sz w:val="19"/>
              </w:rPr>
              <w:t>Date/Time off requested:</w:t>
            </w:r>
          </w:p>
        </w:tc>
        <w:tc>
          <w:tcPr>
            <w:tcW w:type="dxa" w:w="7848"/>
            <w:tcMar>
              <w:top w:w="20" w:type="dxa"/>
              <w:start w:w="0" w:type="dxa"/>
              <w:bottom w:w="10" w:type="dxa"/>
              <w:end w:w="50" w:type="dxa"/>
            </w:tcMar>
            <w:vAlign w:val="bottom"/>
            <w:tcBorders>
              <w:bottom w:val="single" w:sz="6" w:color="666666" w:space="0"/>
            </w:tcBorders>
          </w:tcPr>
          <w:p>
            <w:pPr>
              <w:spacing w:before="0" w:after="0" w:line="240" w:lineRule="auto"/>
            </w:pPr>
            <w:r>
              <w:rPr>
                <w:rFonts w:ascii="Arial" w:hAnsi="Arial"/>
                <w:b w:val="0"/>
                <w:color w:val="808080"/>
                <w:sz w:val="18"/>
              </w:rPr>
              <w:t>Click or tap here to enter text.</w:t>
            </w:r>
          </w:p>
        </w:tc>
      </w:tr>
    </w:tbl>
    <w:tbl>
      <w:tblPr>
        <w:tblW w:type="dxa" w:w="10512"/>
        <w:jc w:val="center"/>
        <w:tblLayout w:type="fixed"/>
        <w:tblLook w:firstColumn="1" w:firstRow="1" w:lastColumn="0" w:lastRow="0" w:noHBand="0" w:noVBand="1" w:val="04A0"/>
      </w:tblPr>
      <w:tblGrid>
        <w:gridCol w:w="5256"/>
        <w:gridCol w:w="5256"/>
      </w:tblGrid>
      <w:tr>
        <w:trPr>
          <w:trHeight w:val="576"/>
        </w:trPr>
        <w:tc>
          <w:tcPr>
            <w:tcW w:type="dxa" w:w="1080"/>
            <w:tcMar>
              <w:top w:w="20" w:type="dxa"/>
              <w:start w:w="0" w:type="dxa"/>
              <w:bottom w:w="10" w:type="dxa"/>
              <w:end w:w="50" w:type="dxa"/>
            </w:tcMar>
            <w:vAlign w:val="bottom"/>
          </w:tcPr>
          <w:p>
            <w:pPr>
              <w:spacing w:before="0" w:after="0" w:line="240" w:lineRule="auto"/>
            </w:pPr>
            <w:r>
              <w:rPr>
                <w:rFonts w:ascii="Arial" w:hAnsi="Arial"/>
                <w:b w:val="0"/>
                <w:color w:val="231F20"/>
                <w:sz w:val="19"/>
              </w:rPr>
              <w:t>Reason:</w:t>
            </w:r>
          </w:p>
        </w:tc>
        <w:tc>
          <w:tcPr>
            <w:tcW w:type="dxa" w:w="9432"/>
            <w:tcMar>
              <w:top w:w="20" w:type="dxa"/>
              <w:start w:w="0" w:type="dxa"/>
              <w:bottom w:w="10" w:type="dxa"/>
              <w:end w:w="50" w:type="dxa"/>
            </w:tcMar>
            <w:vAlign w:val="bottom"/>
            <w:tcBorders>
              <w:bottom w:val="single" w:sz="6" w:color="666666" w:space="0"/>
            </w:tcBorders>
          </w:tcPr>
          <w:p>
            <w:pPr>
              <w:spacing w:before="0" w:after="0" w:line="240" w:lineRule="auto"/>
            </w:pPr>
            <w:r>
              <w:rPr>
                <w:rFonts w:ascii="Arial" w:hAnsi="Arial"/>
                <w:b w:val="0"/>
                <w:color w:val="808080"/>
                <w:sz w:val="18"/>
              </w:rPr>
              <w:t>Click or tap here to enter text.</w:t>
            </w:r>
          </w:p>
        </w:tc>
      </w:tr>
    </w:tbl>
    <w:tbl>
      <w:tblPr>
        <w:tblW w:type="dxa" w:w="10512"/>
        <w:jc w:val="center"/>
        <w:tblLayout w:type="fixed"/>
        <w:tblLook w:firstColumn="1" w:firstRow="1" w:lastColumn="0" w:lastRow="0" w:noHBand="0" w:noVBand="1" w:val="04A0"/>
      </w:tblPr>
      <w:tblGrid>
        <w:gridCol w:w="5256"/>
        <w:gridCol w:w="5256"/>
      </w:tblGrid>
      <w:tr>
        <w:trPr>
          <w:trHeight w:val="533"/>
        </w:trPr>
        <w:tc>
          <w:tcPr>
            <w:tcW w:type="dxa" w:w="29"/>
            <w:tcMar>
              <w:top w:w="20" w:type="dxa"/>
              <w:start w:w="0" w:type="dxa"/>
              <w:bottom w:w="10" w:type="dxa"/>
              <w:end w:w="50" w:type="dxa"/>
            </w:tcMar>
            <w:vAlign w:val="bottom"/>
          </w:tcPr>
          <w:p>
            <w:pPr>
              <w:spacing w:before="0" w:after="0" w:line="240" w:lineRule="auto"/>
            </w:pPr>
            <w:r>
              <w:rPr>
                <w:rFonts w:ascii="Arial" w:hAnsi="Arial"/>
                <w:b w:val="0"/>
                <w:color w:val="231F20"/>
                <w:sz w:val="19"/>
              </w:rPr>
            </w:r>
          </w:p>
        </w:tc>
        <w:tc>
          <w:tcPr>
            <w:tcW w:type="dxa" w:w="10483"/>
            <w:tcMar>
              <w:top w:w="20" w:type="dxa"/>
              <w:start w:w="0" w:type="dxa"/>
              <w:bottom w:w="10" w:type="dxa"/>
              <w:end w:w="50" w:type="dxa"/>
            </w:tcMar>
            <w:vAlign w:val="bottom"/>
            <w:tcBorders>
              <w:bottom w:val="single" w:sz="6" w:color="666666" w:space="0"/>
            </w:tcBorders>
          </w:tcPr>
          <w:p>
            <w:pPr>
              <w:spacing w:before="0" w:after="0" w:line="240" w:lineRule="auto"/>
            </w:pPr>
            <w:r>
              <w:rPr>
                <w:rFonts w:ascii="Arial" w:hAnsi="Arial"/>
                <w:b w:val="0"/>
                <w:color w:val="808080"/>
                <w:sz w:val="18"/>
              </w:rPr>
              <w:t>Click or tap here to enter text.</w:t>
            </w:r>
          </w:p>
        </w:tc>
      </w:tr>
    </w:tbl>
    <w:tbl>
      <w:tblPr>
        <w:tblW w:type="dxa" w:w="10512"/>
        <w:jc w:val="center"/>
        <w:tblLayout w:type="fixed"/>
        <w:tblLook w:firstColumn="1" w:firstRow="1" w:lastColumn="0" w:lastRow="0" w:noHBand="0" w:noVBand="1" w:val="04A0"/>
      </w:tblPr>
      <w:tblGrid>
        <w:gridCol w:w="5256"/>
        <w:gridCol w:w="5256"/>
      </w:tblGrid>
      <w:tr>
        <w:trPr>
          <w:trHeight w:val="533"/>
        </w:trPr>
        <w:tc>
          <w:tcPr>
            <w:tcW w:type="dxa" w:w="29"/>
            <w:tcMar>
              <w:top w:w="20" w:type="dxa"/>
              <w:start w:w="0" w:type="dxa"/>
              <w:bottom w:w="10" w:type="dxa"/>
              <w:end w:w="50" w:type="dxa"/>
            </w:tcMar>
            <w:vAlign w:val="bottom"/>
          </w:tcPr>
          <w:p>
            <w:pPr>
              <w:spacing w:before="0" w:after="0" w:line="240" w:lineRule="auto"/>
            </w:pPr>
            <w:r>
              <w:rPr>
                <w:rFonts w:ascii="Arial" w:hAnsi="Arial"/>
                <w:b w:val="0"/>
                <w:color w:val="231F20"/>
                <w:sz w:val="19"/>
              </w:rPr>
            </w:r>
          </w:p>
        </w:tc>
        <w:tc>
          <w:tcPr>
            <w:tcW w:type="dxa" w:w="10483"/>
            <w:tcMar>
              <w:top w:w="20" w:type="dxa"/>
              <w:start w:w="0" w:type="dxa"/>
              <w:bottom w:w="10" w:type="dxa"/>
              <w:end w:w="50" w:type="dxa"/>
            </w:tcMar>
            <w:vAlign w:val="bottom"/>
            <w:tcBorders>
              <w:bottom w:val="single" w:sz="6" w:color="666666" w:space="0"/>
            </w:tcBorders>
          </w:tcPr>
          <w:p>
            <w:pPr>
              <w:spacing w:before="0" w:after="0" w:line="240" w:lineRule="auto"/>
            </w:pPr>
            <w:r>
              <w:rPr>
                <w:rFonts w:ascii="Arial" w:hAnsi="Arial"/>
                <w:b w:val="0"/>
                <w:color w:val="808080"/>
                <w:sz w:val="18"/>
              </w:rPr>
              <w:t>Click or tap here to enter text.</w:t>
            </w:r>
          </w:p>
        </w:tc>
      </w:tr>
    </w:tbl>
    <w:p>
      <w:pPr>
        <w:spacing w:before="120" w:after="60" w:line="240" w:lineRule="auto"/>
        <w:ind w:left="202"/>
      </w:pPr>
      <w:r>
        <w:rPr>
          <w:rFonts w:ascii="Arial" w:hAnsi="Arial"/>
          <w:b w:val="0"/>
          <w:color w:val="231F20"/>
          <w:sz w:val="18"/>
        </w:rPr>
        <w:t>I agree to keep my chapter dues current:     ☐ Yes     ☐ No</w:t>
      </w:r>
    </w:p>
    <w:p>
      <w:pPr>
        <w:spacing w:before="120" w:after="60" w:line="240" w:lineRule="auto"/>
        <w:ind w:left="202"/>
      </w:pPr>
      <w:r>
        <w:rPr>
          <w:rFonts w:ascii="Arial" w:hAnsi="Arial"/>
          <w:b w:val="0"/>
          <w:color w:val="231F20"/>
          <w:sz w:val="18"/>
        </w:rPr>
        <w:t>While on LOA, if my International dues come due, I agree to keep them current?     ☐ Yes     ☐ No</w:t>
      </w:r>
    </w:p>
    <w:p>
      <w:pPr>
        <w:spacing w:before="80" w:after="40" w:line="240" w:lineRule="auto"/>
        <w:jc w:val="center"/>
      </w:pPr>
      <w:r>
        <w:rPr>
          <w:rFonts w:ascii="Arial" w:hAnsi="Arial"/>
          <w:b/>
          <w:color w:val="231F20"/>
          <w:sz w:val="20"/>
        </w:rPr>
        <w:t>Board Approval (filled in by board)</w:t>
      </w:r>
    </w:p>
    <w:p>
      <w:pPr>
        <w:spacing w:before="100" w:after="60" w:line="240" w:lineRule="auto"/>
        <w:ind w:left="202"/>
      </w:pPr>
      <w:r>
        <w:rPr>
          <w:rFonts w:ascii="Arial" w:hAnsi="Arial"/>
          <w:b w:val="0"/>
          <w:color w:val="231F20"/>
          <w:sz w:val="18"/>
        </w:rPr>
        <w:t>Board had quorum during vote on LOA:     ☐ Yes     ☐ No</w:t>
      </w:r>
    </w:p>
    <w:tbl>
      <w:tblPr>
        <w:tblW w:type="dxa" w:w="10512"/>
        <w:jc w:val="center"/>
        <w:tblLayout w:type="fixed"/>
        <w:tblLook w:firstColumn="1" w:firstRow="1" w:lastColumn="0" w:lastRow="0" w:noHBand="0" w:noVBand="1" w:val="04A0"/>
      </w:tblPr>
      <w:tblGrid>
        <w:gridCol w:w="5256"/>
        <w:gridCol w:w="5256"/>
      </w:tblGrid>
      <w:tr>
        <w:trPr>
          <w:trHeight w:val="576"/>
        </w:trPr>
        <w:tc>
          <w:tcPr>
            <w:tcW w:type="dxa" w:w="3528"/>
            <w:tcMar>
              <w:top w:w="20" w:type="dxa"/>
              <w:start w:w="0" w:type="dxa"/>
              <w:bottom w:w="10" w:type="dxa"/>
              <w:end w:w="50" w:type="dxa"/>
            </w:tcMar>
            <w:vAlign w:val="bottom"/>
          </w:tcPr>
          <w:p>
            <w:pPr>
              <w:spacing w:before="0" w:after="0" w:line="240" w:lineRule="auto"/>
            </w:pPr>
            <w:r>
              <w:rPr>
                <w:rFonts w:ascii="Arial" w:hAnsi="Arial"/>
                <w:b w:val="0"/>
                <w:color w:val="231F20"/>
                <w:sz w:val="19"/>
              </w:rPr>
              <w:t>Approved by the board on (Date):</w:t>
            </w:r>
          </w:p>
        </w:tc>
        <w:tc>
          <w:tcPr>
            <w:tcW w:type="dxa" w:w="6984"/>
            <w:tcMar>
              <w:top w:w="20" w:type="dxa"/>
              <w:start w:w="0" w:type="dxa"/>
              <w:bottom w:w="10" w:type="dxa"/>
              <w:end w:w="50" w:type="dxa"/>
            </w:tcMar>
            <w:vAlign w:val="bottom"/>
            <w:tcBorders>
              <w:bottom w:val="single" w:sz="6" w:color="666666" w:space="0"/>
            </w:tcBorders>
          </w:tcPr>
          <w:p>
            <w:pPr>
              <w:spacing w:before="0" w:after="0" w:line="240" w:lineRule="auto"/>
            </w:pPr>
            <w:r>
              <w:rPr>
                <w:rFonts w:ascii="Arial" w:hAnsi="Arial"/>
                <w:b w:val="0"/>
                <w:color w:val="808080"/>
                <w:sz w:val="18"/>
              </w:rPr>
              <w:t>Click or tap here to enter text.</w:t>
            </w:r>
          </w:p>
        </w:tc>
      </w:tr>
    </w:tbl>
    <w:tbl>
      <w:tblPr>
        <w:tblW w:type="dxa" w:w="10512"/>
        <w:jc w:val="center"/>
        <w:tblLayout w:type="fixed"/>
        <w:tblLook w:firstColumn="1" w:firstRow="1" w:lastColumn="0" w:lastRow="0" w:noHBand="0" w:noVBand="1" w:val="04A0"/>
      </w:tblPr>
      <w:tblGrid>
        <w:gridCol w:w="5256"/>
        <w:gridCol w:w="5256"/>
      </w:tblGrid>
      <w:tr>
        <w:trPr>
          <w:trHeight w:val="576"/>
        </w:trPr>
        <w:tc>
          <w:tcPr>
            <w:tcW w:type="dxa" w:w="4392"/>
            <w:tcMar>
              <w:top w:w="20" w:type="dxa"/>
              <w:start w:w="0" w:type="dxa"/>
              <w:bottom w:w="10" w:type="dxa"/>
              <w:end w:w="50" w:type="dxa"/>
            </w:tcMar>
            <w:vAlign w:val="bottom"/>
          </w:tcPr>
          <w:p>
            <w:pPr>
              <w:spacing w:before="0" w:after="0" w:line="240" w:lineRule="auto"/>
            </w:pPr>
            <w:r>
              <w:rPr>
                <w:rFonts w:ascii="Arial" w:hAnsi="Arial"/>
                <w:b w:val="0"/>
                <w:color w:val="231F20"/>
                <w:sz w:val="19"/>
              </w:rPr>
              <w:t>Length of Leave of Absence approved for:</w:t>
            </w:r>
          </w:p>
        </w:tc>
        <w:tc>
          <w:tcPr>
            <w:tcW w:type="dxa" w:w="6120"/>
            <w:tcMar>
              <w:top w:w="20" w:type="dxa"/>
              <w:start w:w="0" w:type="dxa"/>
              <w:bottom w:w="10" w:type="dxa"/>
              <w:end w:w="50" w:type="dxa"/>
            </w:tcMar>
            <w:vAlign w:val="bottom"/>
            <w:tcBorders>
              <w:bottom w:val="single" w:sz="6" w:color="666666" w:space="0"/>
            </w:tcBorders>
          </w:tcPr>
          <w:p>
            <w:pPr>
              <w:spacing w:before="0" w:after="0" w:line="240" w:lineRule="auto"/>
            </w:pPr>
            <w:r>
              <w:rPr>
                <w:rFonts w:ascii="Arial" w:hAnsi="Arial"/>
                <w:b w:val="0"/>
                <w:color w:val="808080"/>
                <w:sz w:val="18"/>
              </w:rPr>
              <w:t>Click or tap here to enter text.</w:t>
            </w:r>
          </w:p>
        </w:tc>
      </w:tr>
    </w:tbl>
    <w:p>
      <w:pPr>
        <w:spacing w:before="100" w:after="60" w:line="240" w:lineRule="auto"/>
        <w:ind w:left="202"/>
      </w:pPr>
      <w:r>
        <w:rPr>
          <w:rFonts w:ascii="Arial" w:hAnsi="Arial"/>
          <w:b w:val="0"/>
          <w:color w:val="231F20"/>
          <w:sz w:val="18"/>
        </w:rPr>
        <w:t>Member is current and in good standings with the chapter?     ☐ Yes     ☐ No</w:t>
      </w:r>
    </w:p>
    <w:tbl>
      <w:tblPr>
        <w:tblW w:type="dxa" w:w="10512"/>
        <w:jc w:val="center"/>
        <w:tblLayout w:type="fixed"/>
        <w:tblLook w:firstColumn="1" w:firstRow="1" w:lastColumn="0" w:lastRow="0" w:noHBand="0" w:noVBand="1" w:val="04A0"/>
      </w:tblPr>
      <w:tblGrid>
        <w:gridCol w:w="5256"/>
        <w:gridCol w:w="5256"/>
      </w:tblGrid>
      <w:tr>
        <w:trPr>
          <w:trHeight w:val="576"/>
        </w:trPr>
        <w:tc>
          <w:tcPr>
            <w:tcW w:type="dxa" w:w="1944"/>
            <w:tcMar>
              <w:top w:w="20" w:type="dxa"/>
              <w:start w:w="0" w:type="dxa"/>
              <w:bottom w:w="10" w:type="dxa"/>
              <w:end w:w="50" w:type="dxa"/>
            </w:tcMar>
            <w:vAlign w:val="bottom"/>
          </w:tcPr>
          <w:p>
            <w:pPr>
              <w:spacing w:before="0" w:after="0" w:line="240" w:lineRule="auto"/>
            </w:pPr>
            <w:r>
              <w:rPr>
                <w:rFonts w:ascii="Arial" w:hAnsi="Arial"/>
                <w:b w:val="0"/>
                <w:color w:val="231F20"/>
                <w:sz w:val="19"/>
              </w:rPr>
              <w:t>President Name:</w:t>
            </w:r>
          </w:p>
        </w:tc>
        <w:tc>
          <w:tcPr>
            <w:tcW w:type="dxa" w:w="8568"/>
            <w:tcMar>
              <w:top w:w="20" w:type="dxa"/>
              <w:start w:w="0" w:type="dxa"/>
              <w:bottom w:w="10" w:type="dxa"/>
              <w:end w:w="50" w:type="dxa"/>
            </w:tcMar>
            <w:vAlign w:val="bottom"/>
            <w:tcBorders>
              <w:bottom w:val="single" w:sz="6" w:color="666666" w:space="0"/>
            </w:tcBorders>
          </w:tcPr>
          <w:p>
            <w:pPr>
              <w:spacing w:before="0" w:after="0" w:line="240" w:lineRule="auto"/>
            </w:pPr>
            <w:r>
              <w:rPr>
                <w:rFonts w:ascii="Arial" w:hAnsi="Arial"/>
                <w:b w:val="0"/>
                <w:color w:val="808080"/>
                <w:sz w:val="18"/>
              </w:rPr>
              <w:t>Click or tap here to enter text.</w:t>
            </w:r>
          </w:p>
        </w:tc>
      </w:tr>
    </w:tbl>
    <w:tbl>
      <w:tblPr>
        <w:tblW w:type="dxa" w:w="10512"/>
        <w:jc w:val="center"/>
        <w:tblLayout w:type="fixed"/>
        <w:tblLook w:firstColumn="1" w:firstRow="1" w:lastColumn="0" w:lastRow="0" w:noHBand="0" w:noVBand="1" w:val="04A0"/>
      </w:tblPr>
      <w:tblGrid>
        <w:gridCol w:w="5256"/>
        <w:gridCol w:w="5256"/>
      </w:tblGrid>
      <w:tr>
        <w:trPr>
          <w:trHeight w:val="576"/>
        </w:trPr>
        <w:tc>
          <w:tcPr>
            <w:tcW w:type="dxa" w:w="3960"/>
            <w:tcMar>
              <w:top w:w="20" w:type="dxa"/>
              <w:start w:w="0" w:type="dxa"/>
              <w:bottom w:w="10" w:type="dxa"/>
              <w:end w:w="50" w:type="dxa"/>
            </w:tcMar>
            <w:vAlign w:val="bottom"/>
          </w:tcPr>
          <w:p>
            <w:pPr>
              <w:spacing w:before="0" w:after="0" w:line="240" w:lineRule="auto"/>
            </w:pPr>
            <w:r>
              <w:rPr>
                <w:rFonts w:ascii="Arial" w:hAnsi="Arial"/>
                <w:b w:val="0"/>
                <w:color w:val="231F20"/>
                <w:sz w:val="19"/>
              </w:rPr>
              <w:t>President Signature for LOA approval:</w:t>
            </w:r>
          </w:p>
        </w:tc>
        <w:tc>
          <w:tcPr>
            <w:tcW w:type="dxa" w:w="6552"/>
            <w:tcMar>
              <w:top w:w="20" w:type="dxa"/>
              <w:start w:w="0" w:type="dxa"/>
              <w:bottom w:w="10" w:type="dxa"/>
              <w:end w:w="50" w:type="dxa"/>
            </w:tcMar>
            <w:vAlign w:val="bottom"/>
            <w:tcBorders>
              <w:bottom w:val="single" w:sz="6" w:color="666666" w:space="0"/>
            </w:tcBorders>
          </w:tcPr>
          <w:p>
            <w:pPr>
              <w:spacing w:before="0" w:after="0" w:line="240" w:lineRule="auto"/>
            </w:pPr>
            <w:r>
              <w:rPr>
                <w:rFonts w:ascii="Arial" w:hAnsi="Arial"/>
                <w:b w:val="0"/>
                <w:color w:val="808080"/>
                <w:sz w:val="18"/>
              </w:rPr>
              <w:t>Click or tap here to enter text.</w:t>
            </w:r>
          </w:p>
        </w:tc>
      </w:tr>
    </w:tbl>
    <w:sectPr w:rsidR="00FC693F" w:rsidRPr="0006063C" w:rsidSect="00034616">
      <w:footerReference w:type="default" r:id="rId10"/>
      <w:pgSz w:w="12240" w:h="15840"/>
      <w:pgMar w:top="835" w:right="864" w:bottom="576" w:left="864" w:header="288" w:footer="25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20" w:line="240" w:lineRule="auto"/>
      <w:jc w:val="right"/>
    </w:pPr>
    <w:r>
      <w:rPr>
        <w:rFonts w:ascii="Arial" w:hAnsi="Arial"/>
        <w:b w:val="0"/>
        <w:color w:val="231F20"/>
        <w:sz w:val="15"/>
      </w:rPr>
      <w:t>Rev 5.15.24</w:t>
    </w:r>
  </w:p>
  <w:tbl>
    <w:tblPr>
      <w:tblW w:type="dxa" w:w="12240"/>
      <w:jc w:val="center"/>
      <w:tblLayout w:type="fixed"/>
      <w:tblLook w:firstColumn="1" w:firstRow="1" w:lastColumn="0" w:lastRow="0" w:noHBand="0" w:noVBand="1" w:val="04A0"/>
    </w:tblPr>
    <w:tblGrid>
      <w:gridCol w:w="4080"/>
      <w:gridCol w:w="4080"/>
      <w:gridCol w:w="4080"/>
    </w:tblGrid>
    <w:tr>
      <w:trPr>
        <w:trHeight w:val="490"/>
      </w:trPr>
      <w:tc>
        <w:tcPr>
          <w:tcW w:type="dxa" w:w="4752"/>
          <w:shd w:fill="102744"/>
          <w:tcMar>
            <w:top w:w="0" w:type="dxa"/>
            <w:start w:w="0" w:type="dxa"/>
            <w:bottom w:w="0" w:type="dxa"/>
            <w:end w:w="0" w:type="dxa"/>
          </w:tcMar>
        </w:tcPr>
        <w:p>
          <w:r/>
        </w:p>
      </w:tc>
      <w:tc>
        <w:tcPr>
          <w:tcW w:type="dxa" w:w="2232"/>
          <w:shd w:fill="8FC4E7"/>
          <w:tcMar>
            <w:top w:w="0" w:type="dxa"/>
            <w:start w:w="0" w:type="dxa"/>
            <w:bottom w:w="0" w:type="dxa"/>
            <w:end w:w="0" w:type="dxa"/>
          </w:tcMar>
        </w:tcPr>
        <w:p>
          <w:r/>
        </w:p>
      </w:tc>
      <w:tc>
        <w:tcPr>
          <w:tcW w:type="dxa" w:w="5256"/>
          <w:shd w:fill="5B94C3"/>
          <w:tcMar>
            <w:top w:w="0" w:type="dxa"/>
            <w:start w:w="0" w:type="dxa"/>
            <w:bottom w:w="0" w:type="dxa"/>
            <w:end w:w="0" w:type="dxa"/>
          </w:tcMar>
        </w:tcPr>
        <w:p>
          <w:r/>
        </w:p>
      </w:tc>
    </w:tr>
  </w:tbl>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Arial" w:hAnsi="Arial"/>
      <w:color w:val="231F2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Member Leave of Absence Form</dc:title>
  <dc:subject>Editable form converted from the supplied PDF</dc:subject>
  <dc:creator>LeTip</dc:creator>
  <cp:keywords/>
  <dc:description>generated by python-docx</dc:description>
  <cp:lastModifiedBy/>
  <cp:revision>1</cp:revision>
  <dcterms:created xsi:type="dcterms:W3CDTF">2013-12-23T23:15:00Z</dcterms:created>
  <dcterms:modified xsi:type="dcterms:W3CDTF">2013-12-23T23:15:00Z</dcterms:modified>
  <cp:category/>
</cp:coreProperties>
</file>